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DA1C" w14:textId="77777777" w:rsidR="001E3221" w:rsidRDefault="00DF6055">
      <w:pPr>
        <w:jc w:val="center"/>
      </w:pPr>
      <w:r>
        <w:rPr>
          <w:b/>
          <w:sz w:val="36"/>
        </w:rPr>
        <w:t>Accessibility Statement</w:t>
      </w:r>
    </w:p>
    <w:p w14:paraId="491727C7" w14:textId="3E1B2AD4" w:rsidR="001E3221" w:rsidRDefault="081F4C68">
      <w:r>
        <w:t>Therapeutic Arts Sarnia is committed to providing a welcoming, inclusive, and accessible environment for all clients. We believe that everyone should have equal access to our therapeutic services regardless of ability.</w:t>
      </w:r>
    </w:p>
    <w:p w14:paraId="0DE50907" w14:textId="77777777" w:rsidR="001E3221" w:rsidRDefault="00DF6055">
      <w:r>
        <w:rPr>
          <w:b/>
        </w:rPr>
        <w:t>Our Commitment</w:t>
      </w:r>
    </w:p>
    <w:p w14:paraId="22767694" w14:textId="77777777" w:rsidR="001E3221" w:rsidRDefault="00DF6055">
      <w:r>
        <w:t>We strive to identify, remove, and prevent barriers that may affect individuals with disabilities and are committed to providing services in a manner that respects dignity, independence, integration, and equal opportunity.</w:t>
      </w:r>
    </w:p>
    <w:p w14:paraId="18E3A570" w14:textId="77777777" w:rsidR="001E3221" w:rsidRDefault="00DF6055">
      <w:r>
        <w:rPr>
          <w:b/>
        </w:rPr>
        <w:t>Accessible Services</w:t>
      </w:r>
    </w:p>
    <w:p w14:paraId="0D7021C3" w14:textId="77777777" w:rsidR="001E3221" w:rsidRDefault="0F0B851B">
      <w:r>
        <w:t>We aim to accommodate a variety of accessibility needs, including wheelchair-accessible meeting spaces (where available), virtual art therapy sessions, flexible communication methods, service animal accommodation, support person participation where appropriate, and alternative formats for forms and information upon request.</w:t>
      </w:r>
    </w:p>
    <w:p w14:paraId="430706E8" w14:textId="77777777" w:rsidR="001E3221" w:rsidRDefault="00DF6055">
      <w:r>
        <w:rPr>
          <w:b/>
        </w:rPr>
        <w:t>Requesting Accommodations</w:t>
      </w:r>
    </w:p>
    <w:p w14:paraId="40899A8A" w14:textId="77777777" w:rsidR="001E3221" w:rsidRDefault="00DF6055">
      <w:r>
        <w:t xml:space="preserve">If you require </w:t>
      </w:r>
      <w:proofErr w:type="gramStart"/>
      <w:r>
        <w:t>accommodations</w:t>
      </w:r>
      <w:proofErr w:type="gramEnd"/>
      <w:r>
        <w:t xml:space="preserve"> to access our services, please contact us before your appointment. We will work with you to identify reasonable </w:t>
      </w:r>
      <w:proofErr w:type="gramStart"/>
      <w:r>
        <w:t>accommodations</w:t>
      </w:r>
      <w:proofErr w:type="gramEnd"/>
      <w:r>
        <w:t xml:space="preserve"> that </w:t>
      </w:r>
      <w:proofErr w:type="gramStart"/>
      <w:r>
        <w:t>support</w:t>
      </w:r>
      <w:proofErr w:type="gramEnd"/>
      <w:r>
        <w:t xml:space="preserve"> your participation.</w:t>
      </w:r>
    </w:p>
    <w:p w14:paraId="6AC7B9AA" w14:textId="77777777" w:rsidR="001E3221" w:rsidRDefault="00DF6055">
      <w:r>
        <w:rPr>
          <w:b/>
        </w:rPr>
        <w:t>Feedback</w:t>
      </w:r>
    </w:p>
    <w:p w14:paraId="0DC913FB" w14:textId="77777777" w:rsidR="001E3221" w:rsidRDefault="00DF6055">
      <w:r>
        <w:t>We welcome feedback on the accessibility of our services and website. If you encounter any barriers or have suggestions for improvement, please contact us.</w:t>
      </w:r>
    </w:p>
    <w:p w14:paraId="4BBB5A41" w14:textId="77777777" w:rsidR="001E3221" w:rsidRDefault="0F0B851B">
      <w:r w:rsidRPr="0F0B851B">
        <w:rPr>
          <w:b/>
          <w:bCs/>
        </w:rPr>
        <w:t>Contact Information</w:t>
      </w:r>
    </w:p>
    <w:p w14:paraId="1706B955" w14:textId="53C28389" w:rsidR="001E3221" w:rsidRDefault="1402D68F" w:rsidP="0F0B851B">
      <w:r>
        <w:t>Therapeutic Arts Sarnia</w:t>
      </w:r>
      <w:r w:rsidR="00DF6055">
        <w:br/>
      </w:r>
      <w:r w:rsidR="0F0B851B">
        <w:t xml:space="preserve">Email: </w:t>
      </w:r>
      <w:r w:rsidR="28A58691">
        <w:t>evelyndillonart@gmail.com</w:t>
      </w:r>
      <w:r w:rsidR="00DF6055">
        <w:br/>
      </w:r>
      <w:r w:rsidR="0F0B851B">
        <w:t xml:space="preserve">Address: </w:t>
      </w:r>
      <w:r w:rsidR="52E73B2C">
        <w:t>515 Helena St. Point Edward, ON</w:t>
      </w:r>
    </w:p>
    <w:sectPr w:rsidR="001E322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113615">
    <w:abstractNumId w:val="8"/>
  </w:num>
  <w:num w:numId="2" w16cid:durableId="695885242">
    <w:abstractNumId w:val="6"/>
  </w:num>
  <w:num w:numId="3" w16cid:durableId="1982688846">
    <w:abstractNumId w:val="5"/>
  </w:num>
  <w:num w:numId="4" w16cid:durableId="507714851">
    <w:abstractNumId w:val="4"/>
  </w:num>
  <w:num w:numId="5" w16cid:durableId="1608736645">
    <w:abstractNumId w:val="7"/>
  </w:num>
  <w:num w:numId="6" w16cid:durableId="1091658537">
    <w:abstractNumId w:val="3"/>
  </w:num>
  <w:num w:numId="7" w16cid:durableId="1930576731">
    <w:abstractNumId w:val="2"/>
  </w:num>
  <w:num w:numId="8" w16cid:durableId="1696690381">
    <w:abstractNumId w:val="1"/>
  </w:num>
  <w:num w:numId="9" w16cid:durableId="728655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3221"/>
    <w:rsid w:val="0029639D"/>
    <w:rsid w:val="00326F90"/>
    <w:rsid w:val="003F5625"/>
    <w:rsid w:val="00AA1D8D"/>
    <w:rsid w:val="00B47730"/>
    <w:rsid w:val="00CB0664"/>
    <w:rsid w:val="00D9695D"/>
    <w:rsid w:val="00DF6055"/>
    <w:rsid w:val="00FC693F"/>
    <w:rsid w:val="081F4C68"/>
    <w:rsid w:val="0F0B851B"/>
    <w:rsid w:val="1402D68F"/>
    <w:rsid w:val="28A58691"/>
    <w:rsid w:val="28E41581"/>
    <w:rsid w:val="50DAA099"/>
    <w:rsid w:val="52E73B2C"/>
    <w:rsid w:val="6D27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9B84A9E-AC72-44AA-831B-ED6B083E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Manager/>
  <Company/>
  <LinksUpToDate>false</LinksUpToDate>
  <CharactersWithSpaces>1324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Dillon</dc:creator>
  <cp:keywords/>
  <dc:description>generated by python-docx</dc:description>
  <cp:lastModifiedBy>Evelyn Dillon</cp:lastModifiedBy>
  <cp:revision>2</cp:revision>
  <dcterms:created xsi:type="dcterms:W3CDTF">2026-07-21T22:50:00Z</dcterms:created>
  <dcterms:modified xsi:type="dcterms:W3CDTF">2026-07-21T22:50:00Z</dcterms:modified>
  <cp:category/>
</cp:coreProperties>
</file>